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i w:val="0"/>
          <w:color w:val="C54A08"/>
          <w:sz w:val="19"/>
        </w:rPr>
        <w:t>PERSBERICHT</w:t>
      </w:r>
    </w:p>
    <w:p>
      <w:pPr>
        <w:spacing w:after="160"/>
      </w:pPr>
      <w:r>
        <w:rPr>
          <w:rFonts w:ascii="Arial" w:hAnsi="Arial"/>
          <w:b w:val="0"/>
          <w:i w:val="0"/>
          <w:color w:val="2B4457"/>
          <w:sz w:val="19"/>
        </w:rPr>
        <w:t>Rotterdam, 21 oktober 2026</w:t>
      </w:r>
    </w:p>
    <w:p>
      <w:pPr>
        <w:spacing w:after="160"/>
      </w:pPr>
      <w:r>
        <w:rPr>
          <w:rFonts w:ascii="Arial" w:hAnsi="Arial"/>
          <w:b/>
          <w:i w:val="0"/>
          <w:color w:val="001923"/>
          <w:sz w:val="38"/>
        </w:rPr>
        <w:t>“De grootste ondernemersleugen? Dat succes je alle vrijheid geeft”</w:t>
      </w:r>
    </w:p>
    <w:p>
      <w:pPr>
        <w:spacing w:after="160"/>
      </w:pPr>
      <w:r>
        <w:rPr>
          <w:rFonts w:ascii="Arial" w:hAnsi="Arial"/>
          <w:b/>
          <w:i w:val="0"/>
          <w:color w:val="001923"/>
          <w:sz w:val="22"/>
        </w:rPr>
        <w:t xml:space="preserve">Je hebt een goed lopend bedrijf, een miljoenenomzet, ruim tweehonderd mensen in dienst, maar toch loop je zelf helemaal vast. Het overkwam ondernemer en businesscoach Peter Michels uit Rotterdam. “Ik raakte zwaar overspannen en ontdekte toen dat ik zélf de grootste bottleneck was.” In zijn nieuwe boek </w:t>
      </w:r>
      <w:r>
        <w:rPr>
          <w:rFonts w:ascii="Arial" w:hAnsi="Arial"/>
          <w:b/>
          <w:i/>
          <w:color w:val="001923"/>
          <w:sz w:val="22"/>
        </w:rPr>
        <w:t>Sh*t, is dit nu vrijheid?</w:t>
      </w:r>
      <w:r>
        <w:rPr>
          <w:rFonts w:ascii="Arial" w:hAnsi="Arial"/>
          <w:b/>
          <w:i w:val="0"/>
          <w:color w:val="001923"/>
          <w:sz w:val="22"/>
        </w:rPr>
        <w:t xml:space="preserve"> rekent hij af met de mythe dat zakelijk succes je vrijheid oplevert en deelt hij aan de hand van herkenbare ondernemersverhalen hoe je weer onderneemt met rust, richting en resultaat.</w:t>
      </w:r>
    </w:p>
    <w:p>
      <w:pPr>
        <w:spacing w:after="160"/>
      </w:pPr>
      <w:r>
        <w:rPr>
          <w:rFonts w:ascii="Arial" w:hAnsi="Arial"/>
          <w:b w:val="0"/>
          <w:i w:val="0"/>
          <w:color w:val="001923"/>
          <w:sz w:val="21"/>
        </w:rPr>
        <w:t>Eigen baas zijn, zelf bepalen hoe je je tijd besteedt, financieel onafhankelijk worden. Het zijn de dromen waarmee veel ondernemers beginnen. Maar naarmate het bedrijf groeit, lijkt die vrijheid steeds verder weg. Hoe kan het dat juist het succes waarvoor ondernemers zo hard werken hen steeds meer gevangenhoudt?</w:t>
      </w:r>
    </w:p>
    <w:p>
      <w:pPr>
        <w:spacing w:after="160"/>
      </w:pPr>
      <w:r>
        <w:rPr>
          <w:rFonts w:ascii="Arial" w:hAnsi="Arial"/>
          <w:b w:val="0"/>
          <w:i w:val="0"/>
          <w:color w:val="001923"/>
          <w:sz w:val="21"/>
        </w:rPr>
        <w:t>Volgens ondernemer en businesscoach Peter Michels zit daar een fundamentele denkfout achter. Ondernemers denken dat persoonlijke vrijheid voortkomt uit zakelijk succes. Ze blijven bouwen, groeien en presteren. Tot ze ontdekken dat ze zichzelf steeds verder hebben vastgezet.</w:t>
      </w:r>
    </w:p>
    <w:p>
      <w:pPr>
        <w:spacing w:after="160"/>
      </w:pPr>
      <w:r>
        <w:rPr>
          <w:rFonts w:ascii="Arial" w:hAnsi="Arial"/>
          <w:b/>
          <w:i w:val="0"/>
          <w:color w:val="2B4457"/>
          <w:sz w:val="25"/>
        </w:rPr>
        <w:t>Keerpunt</w:t>
      </w:r>
    </w:p>
    <w:p>
      <w:pPr>
        <w:spacing w:after="160"/>
      </w:pPr>
      <w:r>
        <w:rPr>
          <w:rFonts w:ascii="Arial" w:hAnsi="Arial"/>
          <w:b w:val="0"/>
          <w:i w:val="0"/>
          <w:color w:val="001923"/>
          <w:sz w:val="21"/>
        </w:rPr>
        <w:t>Michels spreekt uit ervaring. Hij bouwde een administratiekantoor uit tot een organisatie met ruim tweehonderd medewerkers en een miljoenenomzet. Zakelijk had hij zijn doelen bereikt. Persoonlijk liep hij volledig vast. Hij raakte overspannen en moest een half jaar afstand nemen van zijn werk.</w:t>
      </w:r>
    </w:p>
    <w:p>
      <w:pPr>
        <w:spacing w:after="160"/>
      </w:pPr>
      <w:r>
        <w:rPr>
          <w:rFonts w:ascii="Arial" w:hAnsi="Arial"/>
          <w:b w:val="0"/>
          <w:i w:val="0"/>
          <w:color w:val="001923"/>
          <w:sz w:val="21"/>
        </w:rPr>
        <w:t>Het werd een keerpunt. Want hoe kon hij, als succesvol ondernemer, zo ver verwijderd zijn geraakt van de vrijheid waarvoor hij ooit was begonnen? Na ruim twintig jaar ondernemerschap en de verkoop van zijn bedrijf, begeleidt hij nu als businesscoach ondernemers, leiders en directieleden die tegen vergelijkbare patronen aanlopen.</w:t>
      </w:r>
    </w:p>
    <w:p>
      <w:pPr>
        <w:spacing w:after="160"/>
      </w:pPr>
      <w:r>
        <w:rPr>
          <w:rFonts w:ascii="Arial" w:hAnsi="Arial"/>
          <w:b/>
          <w:i w:val="0"/>
          <w:color w:val="2B4457"/>
          <w:sz w:val="25"/>
        </w:rPr>
        <w:t>Werkelijke verandering</w:t>
      </w:r>
    </w:p>
    <w:p>
      <w:pPr>
        <w:spacing w:after="160"/>
      </w:pPr>
      <w:r>
        <w:rPr>
          <w:rFonts w:ascii="Arial" w:hAnsi="Arial"/>
          <w:b w:val="0"/>
          <w:i w:val="0"/>
          <w:color w:val="001923"/>
          <w:sz w:val="21"/>
        </w:rPr>
        <w:t>Daarbij ziet hij steeds hetzelfde mechanisme: ondernemers raken gaandeweg verstrikt in hun eigen verwachtingen, verantwoordelijkheidsgevoel en overtuigingen. Wat hen aanvankelijk succesvol maakte, kan hen uiteindelijk juist beperken.</w:t>
      </w:r>
    </w:p>
    <w:p>
      <w:pPr>
        <w:spacing w:after="160"/>
      </w:pPr>
      <w:r>
        <w:rPr>
          <w:rFonts w:ascii="Arial" w:hAnsi="Arial"/>
          <w:b w:val="0"/>
          <w:i w:val="0"/>
          <w:color w:val="001923"/>
          <w:sz w:val="21"/>
        </w:rPr>
        <w:t>Volgens Michels ligt de oplossing niet in minder werken, meer delegeren of een betere strategie. De echte verandering begint bij de ondernemer zelf. Bij het herkennen van ingesleten patronen, het loslaten van beperkende overtuigingen en het opnieuw bepalen wat succes werkelijk betekent.</w:t>
      </w:r>
    </w:p>
    <w:p>
      <w:pPr>
        <w:spacing w:after="160"/>
      </w:pPr>
      <w:r>
        <w:rPr>
          <w:rFonts w:ascii="Arial" w:hAnsi="Arial"/>
          <w:b w:val="0"/>
          <w:i w:val="0"/>
          <w:color w:val="001923"/>
          <w:sz w:val="21"/>
        </w:rPr>
        <w:t>Dat vraagt volgens Michels om een fundamenteel andere manier van kijken. Niet langer omzet, groei en prestaties als vanzelfsprekende maatstaf nemen, maar eerst onderzoeken wat je energie geeft, wat je drijft en wat je werkelijk wilt bereiken.</w:t>
      </w:r>
    </w:p>
    <w:p>
      <w:pPr>
        <w:spacing w:after="160"/>
      </w:pPr>
      <w:r>
        <w:rPr>
          <w:rFonts w:ascii="Arial" w:hAnsi="Arial"/>
          <w:b/>
          <w:i w:val="0"/>
          <w:color w:val="2B4457"/>
          <w:sz w:val="25"/>
        </w:rPr>
        <w:t>Je doet het zelf</w:t>
      </w:r>
    </w:p>
    <w:p>
      <w:pPr>
        <w:spacing w:after="160"/>
      </w:pPr>
      <w:r>
        <w:rPr>
          <w:rFonts w:ascii="Arial" w:hAnsi="Arial"/>
          <w:b w:val="0"/>
          <w:i w:val="0"/>
          <w:color w:val="001923"/>
          <w:sz w:val="21"/>
        </w:rPr>
        <w:t xml:space="preserve">In zijn nieuwe boek </w:t>
      </w:r>
      <w:r>
        <w:rPr>
          <w:rFonts w:ascii="Arial" w:hAnsi="Arial"/>
          <w:b w:val="0"/>
          <w:i/>
          <w:color w:val="001923"/>
          <w:sz w:val="21"/>
        </w:rPr>
        <w:t>Sh*t, is dit nu vrijheid?</w:t>
      </w:r>
      <w:r>
        <w:rPr>
          <w:rFonts w:ascii="Arial" w:hAnsi="Arial"/>
          <w:b w:val="0"/>
          <w:i w:val="0"/>
          <w:color w:val="001923"/>
          <w:sz w:val="21"/>
        </w:rPr>
        <w:t xml:space="preserve"> laat Michels zien hoe ondernemers hun eigen vrijheid ondermijnen en hoe ze die kunnen terugwinnen. Hij combineert zijn persoonlijke ervaringen met verhalen uit zijn werk als businesscoach. Aan de hand van herkenbare situaties, praktische inzichten en oefeningen daagt hij ondernemers uit hun eigen overtuigingen onder de loep te nemen.</w:t>
      </w:r>
    </w:p>
    <w:p>
      <w:pPr>
        <w:spacing w:after="160"/>
      </w:pPr>
      <w:r>
        <w:rPr>
          <w:rFonts w:ascii="Arial" w:hAnsi="Arial"/>
          <w:b w:val="0"/>
          <w:i w:val="0"/>
          <w:color w:val="001923"/>
          <w:sz w:val="21"/>
        </w:rPr>
        <w:t xml:space="preserve">De boodschap van Michels is even eenvoudig als confronterend: </w:t>
      </w:r>
      <w:r>
        <w:rPr>
          <w:rFonts w:ascii="Arial" w:hAnsi="Arial"/>
          <w:b/>
          <w:i w:val="0"/>
          <w:color w:val="001923"/>
          <w:sz w:val="21"/>
        </w:rPr>
        <w:t>de grootste bedreiging voor je ondernemersvrijheid ben je vaak zelf.</w:t>
      </w:r>
      <w:r>
        <w:rPr>
          <w:rFonts w:ascii="Arial" w:hAnsi="Arial"/>
          <w:b w:val="0"/>
          <w:i w:val="0"/>
          <w:color w:val="001923"/>
          <w:sz w:val="21"/>
        </w:rPr>
        <w:t xml:space="preserve"> Werkelijke vrijheid ontstaat volgens Michels wanneer je leert je eigen overtuigingen en gedrag te veranderen. Pas dan kun je een bedrijf bouwen dat past bij het leven dat je wilt leiden.</w:t>
      </w:r>
    </w:p>
    <w:p>
      <w:pPr>
        <w:spacing w:after="160"/>
      </w:pPr>
      <w:r>
        <w:rPr>
          <w:rFonts w:ascii="Arial" w:hAnsi="Arial"/>
          <w:b w:val="0"/>
          <w:i/>
          <w:color w:val="001923"/>
          <w:sz w:val="21"/>
        </w:rPr>
        <w:t>Sh*t, is dit nu vrijheid?</w:t>
      </w:r>
      <w:r>
        <w:rPr>
          <w:rFonts w:ascii="Arial" w:hAnsi="Arial"/>
          <w:b w:val="0"/>
          <w:i w:val="0"/>
          <w:color w:val="001923"/>
          <w:sz w:val="21"/>
        </w:rPr>
        <w:t xml:space="preserve"> verschijnt op 4 november 2026.</w:t>
      </w:r>
    </w:p>
    <w:p>
      <w:pPr>
        <w:spacing w:after="160"/>
      </w:pPr>
      <w:r>
        <w:rPr>
          <w:rFonts w:ascii="Arial" w:hAnsi="Arial"/>
          <w:b/>
          <w:i w:val="0"/>
          <w:color w:val="2B4457"/>
          <w:sz w:val="25"/>
        </w:rPr>
        <w:t>Wat anderen zeggen</w:t>
      </w:r>
    </w:p>
    <w:p>
      <w:pPr>
        <w:spacing w:after="40"/>
        <w:ind w:left="227"/>
      </w:pPr>
      <w:r>
        <w:rPr>
          <w:rFonts w:ascii="Arial" w:hAnsi="Arial"/>
          <w:b w:val="0"/>
          <w:i w:val="0"/>
          <w:color w:val="001923"/>
          <w:sz w:val="21"/>
        </w:rPr>
        <w:t xml:space="preserve">“Peter ontrafelt haarscherp hoe je als ondernemer je eigen grootste obstakel kunt worden. </w:t>
      </w:r>
      <w:r>
        <w:rPr>
          <w:rFonts w:ascii="Arial" w:hAnsi="Arial"/>
          <w:b w:val="0"/>
          <w:i/>
          <w:color w:val="001923"/>
          <w:sz w:val="21"/>
        </w:rPr>
        <w:t>Sh*t, is dit nu vrijheid?</w:t>
      </w:r>
      <w:r>
        <w:rPr>
          <w:rFonts w:ascii="Arial" w:hAnsi="Arial"/>
          <w:b w:val="0"/>
          <w:i w:val="0"/>
          <w:color w:val="001923"/>
          <w:sz w:val="21"/>
        </w:rPr>
        <w:t xml:space="preserve"> is een confronterende, eerlijke en bovenal praktische spiegel die je helpt te transformeren van een ondernemer die ‘altijd aan’ staat naar een ondernemer met een bedrijf dat voor je werkt.”</w:t>
      </w:r>
    </w:p>
    <w:p>
      <w:pPr>
        <w:spacing w:after="160"/>
        <w:ind w:left="227"/>
      </w:pPr>
      <w:r>
        <w:rPr>
          <w:rFonts w:ascii="Arial" w:hAnsi="Arial"/>
          <w:b w:val="0"/>
          <w:i w:val="0"/>
          <w:color w:val="2B4457"/>
          <w:sz w:val="18"/>
        </w:rPr>
        <w:t>Arco van Nieuwland, founder van onder andere Exact Holding NV, Yuki en CNBB Equity Partners</w:t>
      </w:r>
    </w:p>
    <w:p>
      <w:pPr>
        <w:spacing w:after="40"/>
        <w:ind w:left="227"/>
      </w:pPr>
      <w:r>
        <w:rPr>
          <w:rFonts w:ascii="Arial" w:hAnsi="Arial"/>
          <w:b w:val="0"/>
          <w:i w:val="0"/>
          <w:color w:val="001923"/>
          <w:sz w:val="21"/>
        </w:rPr>
        <w:t>“Mooi boek om te lezen! Dit is niet alleen voor ondernemers een aanrader, maar voor iedereen die weleens door zijn gedachten uit balans wordt gebracht.”</w:t>
      </w:r>
    </w:p>
    <w:p>
      <w:pPr>
        <w:spacing w:after="160"/>
        <w:ind w:left="227"/>
      </w:pPr>
      <w:r>
        <w:rPr>
          <w:rFonts w:ascii="Arial" w:hAnsi="Arial"/>
          <w:b w:val="0"/>
          <w:i w:val="0"/>
          <w:color w:val="2B4457"/>
          <w:sz w:val="18"/>
        </w:rPr>
        <w:t>Leontien van Moorsel, viervoudig olympisch kampioen wielrennen</w:t>
      </w:r>
    </w:p>
    <w:p>
      <w:pPr>
        <w:spacing w:after="160"/>
      </w:pPr>
      <w:r>
        <w:rPr>
          <w:rFonts w:ascii="Arial" w:hAnsi="Arial"/>
          <w:b/>
          <w:i w:val="0"/>
          <w:color w:val="2B4457"/>
          <w:sz w:val="25"/>
        </w:rPr>
        <w:t>Over de auteur</w:t>
      </w:r>
    </w:p>
    <w:p>
      <w:pPr>
        <w:spacing w:after="160"/>
      </w:pPr>
      <w:r>
        <w:rPr>
          <w:rFonts w:ascii="Arial" w:hAnsi="Arial"/>
          <w:b w:val="0"/>
          <w:i w:val="0"/>
          <w:color w:val="001923"/>
          <w:sz w:val="21"/>
        </w:rPr>
        <w:t>Peter Michels is ondernemer, businesscoach en spreker. Hij heeft ruim twintig jaar ervaring als ondernemer en bouwde een administratiekantoor uit van een zolderkamer tot een organisatie met ruim tweehonderd medewerkers en een miljoenenomzet. Met Michels Business Coaching richt hij zich op het begeleiden van ondernemers, leiders en C-level executives. Hij helpt hen beperkende overtuigingen en patronen te doorbreken en opnieuw richting te geven aan hun ondernemerschap.</w:t>
      </w:r>
    </w:p>
    <w:p>
      <w:pPr>
        <w:spacing w:after="160"/>
      </w:pPr>
      <w:r>
        <w:rPr>
          <w:rFonts w:ascii="Arial" w:hAnsi="Arial"/>
          <w:b/>
          <w:i w:val="0"/>
          <w:color w:val="2B4457"/>
          <w:sz w:val="25"/>
        </w:rPr>
        <w:t>Boekgegevens</w:t>
      </w:r>
    </w:p>
    <w:p>
      <w:pPr>
        <w:spacing w:after="40"/>
      </w:pPr>
      <w:r>
        <w:rPr>
          <w:rFonts w:ascii="Arial" w:hAnsi="Arial"/>
          <w:b/>
          <w:i w:val="0"/>
          <w:color w:val="001923"/>
          <w:sz w:val="20"/>
        </w:rPr>
        <w:t>Titel:</w:t>
      </w:r>
      <w:r>
        <w:rPr>
          <w:rFonts w:ascii="Arial" w:hAnsi="Arial"/>
          <w:b w:val="0"/>
          <w:i w:val="0"/>
          <w:color w:val="001923"/>
          <w:sz w:val="20"/>
        </w:rPr>
        <w:t xml:space="preserve"> Sh*t, is dit nu vrijheid? Van ‘altijd aan’ naar ondernemen met rust, richting en resultaat</w:t>
      </w:r>
    </w:p>
    <w:p>
      <w:pPr>
        <w:spacing w:after="40"/>
      </w:pPr>
      <w:r>
        <w:rPr>
          <w:rFonts w:ascii="Arial" w:hAnsi="Arial"/>
          <w:b/>
          <w:i w:val="0"/>
          <w:color w:val="001923"/>
          <w:sz w:val="20"/>
        </w:rPr>
        <w:t>Auteur:</w:t>
      </w:r>
      <w:r>
        <w:rPr>
          <w:rFonts w:ascii="Arial" w:hAnsi="Arial"/>
          <w:b w:val="0"/>
          <w:i w:val="0"/>
          <w:color w:val="001923"/>
          <w:sz w:val="20"/>
        </w:rPr>
        <w:t xml:space="preserve"> Peter Michels</w:t>
      </w:r>
    </w:p>
    <w:p>
      <w:pPr>
        <w:spacing w:after="40"/>
      </w:pPr>
      <w:r>
        <w:rPr>
          <w:rFonts w:ascii="Arial" w:hAnsi="Arial"/>
          <w:b/>
          <w:i w:val="0"/>
          <w:color w:val="001923"/>
          <w:sz w:val="20"/>
        </w:rPr>
        <w:t>Verschijningsdatum:</w:t>
      </w:r>
      <w:r>
        <w:rPr>
          <w:rFonts w:ascii="Arial" w:hAnsi="Arial"/>
          <w:b w:val="0"/>
          <w:i w:val="0"/>
          <w:color w:val="001923"/>
          <w:sz w:val="20"/>
        </w:rPr>
        <w:t xml:space="preserve"> 4 november 2026</w:t>
      </w:r>
    </w:p>
    <w:p>
      <w:pPr>
        <w:spacing w:after="40"/>
      </w:pPr>
      <w:r>
        <w:rPr>
          <w:rFonts w:ascii="Arial" w:hAnsi="Arial"/>
          <w:b/>
          <w:i w:val="0"/>
          <w:color w:val="001923"/>
          <w:sz w:val="20"/>
        </w:rPr>
        <w:t>Verkoopprijs:</w:t>
      </w:r>
      <w:r>
        <w:rPr>
          <w:rFonts w:ascii="Arial" w:hAnsi="Arial"/>
          <w:b w:val="0"/>
          <w:i w:val="0"/>
          <w:color w:val="001923"/>
          <w:sz w:val="20"/>
        </w:rPr>
        <w:t xml:space="preserve"> € 25</w:t>
      </w:r>
    </w:p>
    <w:p>
      <w:pPr>
        <w:spacing w:after="40"/>
      </w:pPr>
      <w:r>
        <w:rPr>
          <w:rFonts w:ascii="Arial" w:hAnsi="Arial"/>
          <w:b/>
          <w:i w:val="0"/>
          <w:color w:val="001923"/>
          <w:sz w:val="20"/>
        </w:rPr>
        <w:t>ISBN:</w:t>
      </w:r>
      <w:r>
        <w:rPr>
          <w:rFonts w:ascii="Arial" w:hAnsi="Arial"/>
          <w:b w:val="0"/>
          <w:i w:val="0"/>
          <w:color w:val="001923"/>
          <w:sz w:val="20"/>
        </w:rPr>
        <w:t xml:space="preserve"> 9789083708225</w:t>
      </w:r>
    </w:p>
    <w:p>
      <w:pPr>
        <w:spacing w:after="40"/>
      </w:pPr>
      <w:r>
        <w:rPr>
          <w:rFonts w:ascii="Arial" w:hAnsi="Arial"/>
          <w:b/>
          <w:i w:val="0"/>
          <w:color w:val="001923"/>
          <w:sz w:val="20"/>
        </w:rPr>
        <w:t>NUR:</w:t>
      </w:r>
      <w:r>
        <w:rPr>
          <w:rFonts w:ascii="Arial" w:hAnsi="Arial"/>
          <w:b w:val="0"/>
          <w:i w:val="0"/>
          <w:color w:val="001923"/>
          <w:sz w:val="20"/>
        </w:rPr>
        <w:t xml:space="preserve"> 801</w:t>
      </w:r>
    </w:p>
    <w:p>
      <w:pPr>
        <w:spacing w:after="40"/>
      </w:pPr>
      <w:r>
        <w:rPr>
          <w:rFonts w:ascii="Arial" w:hAnsi="Arial"/>
          <w:b/>
          <w:i w:val="0"/>
          <w:color w:val="001923"/>
          <w:sz w:val="20"/>
        </w:rPr>
        <w:t>Omvang:</w:t>
      </w:r>
      <w:r>
        <w:rPr>
          <w:rFonts w:ascii="Arial" w:hAnsi="Arial"/>
          <w:b w:val="0"/>
          <w:i w:val="0"/>
          <w:color w:val="001923"/>
          <w:sz w:val="20"/>
        </w:rPr>
        <w:t xml:space="preserve"> 168 pagina's, paperback</w:t>
      </w:r>
    </w:p>
    <w:p>
      <w:pPr>
        <w:spacing w:after="40"/>
      </w:pPr>
      <w:r>
        <w:rPr>
          <w:rFonts w:ascii="Arial" w:hAnsi="Arial"/>
          <w:b/>
          <w:i w:val="0"/>
          <w:color w:val="001923"/>
          <w:sz w:val="20"/>
        </w:rPr>
        <w:t>Verkrijgbaar:</w:t>
      </w:r>
      <w:r>
        <w:rPr>
          <w:rFonts w:ascii="Arial" w:hAnsi="Arial"/>
          <w:b w:val="0"/>
          <w:i w:val="0"/>
          <w:color w:val="001923"/>
          <w:sz w:val="20"/>
        </w:rPr>
        <w:t xml:space="preserve"> via petermichels.nl/boek, Managementboek en de (online) boekhandel</w:t>
      </w:r>
    </w:p>
    <w:p>
      <w:pPr>
        <w:spacing w:after="40"/>
      </w:pPr>
      <w:r>
        <w:rPr>
          <w:rFonts w:ascii="Arial" w:hAnsi="Arial"/>
          <w:b/>
          <w:i w:val="0"/>
          <w:color w:val="001923"/>
          <w:sz w:val="20"/>
        </w:rPr>
        <w:t>Meer informatie:</w:t>
      </w:r>
      <w:r>
        <w:rPr>
          <w:rFonts w:ascii="Arial" w:hAnsi="Arial"/>
          <w:b w:val="0"/>
          <w:i w:val="0"/>
          <w:color w:val="001923"/>
          <w:sz w:val="20"/>
        </w:rPr>
        <w:t xml:space="preserve"> https://petermichels.nl/boek/</w:t>
      </w:r>
    </w:p>
    <w:p>
      <w:pPr>
        <w:spacing w:after="160"/>
      </w:pPr>
      <w:r>
        <w:rPr>
          <w:rFonts w:ascii="Arial" w:hAnsi="Arial"/>
          <w:b/>
          <w:i w:val="0"/>
          <w:color w:val="2B4457"/>
          <w:sz w:val="25"/>
        </w:rPr>
        <w:t>Noot voor de redactie (niet voor publicatie)</w:t>
      </w:r>
    </w:p>
    <w:p>
      <w:pPr>
        <w:spacing w:after="160"/>
      </w:pPr>
      <w:r>
        <w:rPr>
          <w:rFonts w:ascii="Arial" w:hAnsi="Arial"/>
          <w:b w:val="0"/>
          <w:i w:val="0"/>
          <w:color w:val="001923"/>
          <w:sz w:val="21"/>
        </w:rPr>
        <w:t>Peter Michels is beschikbaar voor interviews, podcasts, radio- en televisieoptredens en achtergrondgesprekken.</w:t>
      </w:r>
    </w:p>
    <w:p>
      <w:pPr>
        <w:spacing w:after="40"/>
      </w:pPr>
      <w:r>
        <w:rPr>
          <w:rFonts w:ascii="Arial" w:hAnsi="Arial"/>
          <w:b/>
          <w:i w:val="0"/>
          <w:color w:val="001923"/>
          <w:sz w:val="20"/>
        </w:rPr>
        <w:t>E-mail:</w:t>
      </w:r>
      <w:r>
        <w:rPr>
          <w:rFonts w:ascii="Arial" w:hAnsi="Arial"/>
          <w:b w:val="0"/>
          <w:i w:val="0"/>
          <w:color w:val="001923"/>
          <w:sz w:val="20"/>
        </w:rPr>
        <w:t xml:space="preserve"> info@petermichels.nl</w:t>
      </w:r>
    </w:p>
    <w:p>
      <w:pPr>
        <w:spacing w:after="40"/>
      </w:pPr>
      <w:r>
        <w:rPr>
          <w:rFonts w:ascii="Arial" w:hAnsi="Arial"/>
          <w:b/>
          <w:i w:val="0"/>
          <w:color w:val="001923"/>
          <w:sz w:val="20"/>
        </w:rPr>
        <w:t>Telefoon:</w:t>
      </w:r>
      <w:r>
        <w:rPr>
          <w:rFonts w:ascii="Arial" w:hAnsi="Arial"/>
          <w:b w:val="0"/>
          <w:i w:val="0"/>
          <w:color w:val="001923"/>
          <w:sz w:val="20"/>
        </w:rPr>
        <w:t xml:space="preserve"> 010 261 3063</w:t>
      </w:r>
    </w:p>
    <w:p>
      <w:pPr>
        <w:spacing w:after="160"/>
      </w:pPr>
      <w:r>
        <w:rPr>
          <w:rFonts w:ascii="Arial" w:hAnsi="Arial"/>
          <w:b w:val="0"/>
          <w:i w:val="0"/>
          <w:color w:val="001923"/>
          <w:sz w:val="21"/>
        </w:rPr>
        <w:t>Perspagina met rechtenvrij beeldmateriaal: petermichels.nl/pers</w:t>
      </w:r>
    </w:p>
    <w:p>
      <w:pPr>
        <w:spacing w:after="160"/>
      </w:pPr>
      <w:r>
        <w:rPr>
          <w:rFonts w:ascii="Arial" w:hAnsi="Arial"/>
          <w:b w:val="0"/>
          <w:i w:val="0"/>
          <w:color w:val="001923"/>
          <w:sz w:val="21"/>
        </w:rPr>
        <w:t>Recensie-exemplaren zijn op aanvraag beschikbaar.</w:t>
      </w:r>
    </w:p>
    <w:p>
      <w:pPr>
        <w:spacing w:after="160"/>
      </w:pPr>
      <w:r>
        <w:rPr>
          <w:rFonts w:ascii="Arial" w:hAnsi="Arial"/>
          <w:b/>
          <w:i w:val="0"/>
          <w:color w:val="2B4457"/>
          <w:sz w:val="19"/>
        </w:rPr>
        <w:t>EINDE PERSBERICHT</w:t>
      </w:r>
    </w:p>
    <w:sectPr w:rsidR="00FC693F" w:rsidRPr="0006063C" w:rsidSect="00034616">
      <w:pgSz w:w="12240" w:h="15840"/>
      <w:pgMar w:top="1134" w:right="1247" w:bottom="144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Persbericht Sh*t, is dit nu vrijheid?</dc:title>
  <dc:subject/>
  <dc:creator>Peter Michels</dc:creator>
  <cp:keywords/>
  <dc:description>generated by python-docx</dc:description>
  <cp:lastModifiedBy/>
  <cp:revision>1</cp:revision>
  <dcterms:created xsi:type="dcterms:W3CDTF">2013-12-23T23:15:00Z</dcterms:created>
  <dcterms:modified xsi:type="dcterms:W3CDTF">2013-12-23T23:15:00Z</dcterms:modified>
  <cp:category/>
</cp:coreProperties>
</file>